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9F62B" w14:textId="47421267" w:rsidR="00382656" w:rsidRPr="00382656" w:rsidRDefault="00382656" w:rsidP="00382656">
      <w:pPr>
        <w:jc w:val="center"/>
      </w:pPr>
      <w:r w:rsidRPr="00382656">
        <w:rPr>
          <w:b/>
          <w:bCs/>
        </w:rPr>
        <w:t>Fairborn</w:t>
      </w:r>
      <w:r>
        <w:rPr>
          <w:b/>
          <w:bCs/>
        </w:rPr>
        <w:t xml:space="preserve"> Parks &amp; Recreation Advisory Board</w:t>
      </w:r>
      <w:r w:rsidRPr="00382656">
        <w:rPr>
          <w:b/>
          <w:bCs/>
        </w:rPr>
        <w:t xml:space="preserve"> 250-Minute Park Challenge</w:t>
      </w:r>
      <w:r w:rsidRPr="00382656">
        <w:br/>
        <w:t>Track your time in Fairborn parks</w:t>
      </w:r>
      <w:r>
        <w:t>! E</w:t>
      </w:r>
      <w:r w:rsidRPr="00382656">
        <w:t xml:space="preserve">very square </w:t>
      </w:r>
      <w:proofErr w:type="gramStart"/>
      <w:r w:rsidRPr="00382656">
        <w:t>equals</w:t>
      </w:r>
      <w:proofErr w:type="gramEnd"/>
      <w:r w:rsidRPr="00382656">
        <w:t xml:space="preserve"> 5 minutes! </w:t>
      </w:r>
      <w:proofErr w:type="gramStart"/>
      <w:r w:rsidRPr="00382656">
        <w:t>Reach</w:t>
      </w:r>
      <w:proofErr w:type="gramEnd"/>
      <w:r w:rsidRPr="00382656">
        <w:t xml:space="preserve"> 250 minutes to complete the challenge.</w:t>
      </w:r>
    </w:p>
    <w:p w14:paraId="29359E86" w14:textId="0BF63C2D" w:rsidR="00382656" w:rsidRDefault="00382656" w:rsidP="00382656">
      <w:pPr>
        <w:jc w:val="center"/>
      </w:pPr>
      <w:r w:rsidRPr="00382656">
        <w:t xml:space="preserve">Earn a </w:t>
      </w:r>
      <w:r w:rsidRPr="00382656">
        <w:rPr>
          <w:i/>
          <w:iCs/>
        </w:rPr>
        <w:t>Fairborn 250 sticker</w:t>
      </w:r>
      <w:r w:rsidRPr="00382656">
        <w:t xml:space="preserve"> (first come, first served) </w:t>
      </w:r>
      <w:r w:rsidR="00EA1888">
        <w:t xml:space="preserve">You can </w:t>
      </w:r>
      <w:proofErr w:type="gramStart"/>
      <w:r w:rsidR="00EA1888">
        <w:t>pickup</w:t>
      </w:r>
      <w:proofErr w:type="gramEnd"/>
      <w:r w:rsidR="00EA1888">
        <w:t xml:space="preserve"> your sticker from the City of Fairborn Parks Office or from the Park Board Root Beer tent at city events. </w:t>
      </w:r>
    </w:p>
    <w:p w14:paraId="485B7C88" w14:textId="77777777" w:rsidR="00EA1888" w:rsidRDefault="00EA1888" w:rsidP="00382656">
      <w:pPr>
        <w:jc w:val="center"/>
      </w:pPr>
    </w:p>
    <w:p w14:paraId="42D3726A" w14:textId="21FB0F20" w:rsidR="00EA1888" w:rsidRPr="00382656" w:rsidRDefault="00EA1888" w:rsidP="00382656">
      <w:pPr>
        <w:jc w:val="center"/>
      </w:pPr>
      <w:r>
        <w:rPr>
          <w:noProof/>
        </w:rPr>
        <w:drawing>
          <wp:inline distT="0" distB="0" distL="0" distR="0" wp14:anchorId="7CA85AF0" wp14:editId="0BDA1A76">
            <wp:extent cx="1543050" cy="2311895"/>
            <wp:effectExtent l="0" t="0" r="0" b="0"/>
            <wp:docPr id="1303941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42" cy="234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AD9D0" w14:textId="77777777" w:rsidR="00382656" w:rsidRPr="00382656" w:rsidRDefault="00382656" w:rsidP="00382656">
      <w:pPr>
        <w:jc w:val="center"/>
      </w:pPr>
    </w:p>
    <w:tbl>
      <w:tblPr>
        <w:tblW w:w="9496" w:type="dxa"/>
        <w:tblLook w:val="04A0" w:firstRow="1" w:lastRow="0" w:firstColumn="1" w:lastColumn="0" w:noHBand="0" w:noVBand="1"/>
      </w:tblPr>
      <w:tblGrid>
        <w:gridCol w:w="949"/>
        <w:gridCol w:w="949"/>
        <w:gridCol w:w="949"/>
        <w:gridCol w:w="949"/>
        <w:gridCol w:w="950"/>
        <w:gridCol w:w="950"/>
        <w:gridCol w:w="950"/>
        <w:gridCol w:w="950"/>
        <w:gridCol w:w="950"/>
        <w:gridCol w:w="950"/>
      </w:tblGrid>
      <w:tr w:rsidR="004237F1" w14:paraId="16AC476D" w14:textId="77777777" w:rsidTr="00EA1888">
        <w:trPr>
          <w:trHeight w:val="1062"/>
        </w:trPr>
        <w:tc>
          <w:tcPr>
            <w:tcW w:w="949" w:type="dxa"/>
          </w:tcPr>
          <w:p w14:paraId="1FF40869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5</w:t>
            </w:r>
          </w:p>
        </w:tc>
        <w:tc>
          <w:tcPr>
            <w:tcW w:w="949" w:type="dxa"/>
          </w:tcPr>
          <w:p w14:paraId="6FF36302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10</w:t>
            </w:r>
          </w:p>
        </w:tc>
        <w:tc>
          <w:tcPr>
            <w:tcW w:w="949" w:type="dxa"/>
          </w:tcPr>
          <w:p w14:paraId="672A2CC6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15</w:t>
            </w:r>
          </w:p>
        </w:tc>
        <w:tc>
          <w:tcPr>
            <w:tcW w:w="949" w:type="dxa"/>
          </w:tcPr>
          <w:p w14:paraId="58049B3E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20</w:t>
            </w:r>
          </w:p>
        </w:tc>
        <w:tc>
          <w:tcPr>
            <w:tcW w:w="950" w:type="dxa"/>
          </w:tcPr>
          <w:p w14:paraId="43C48844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25</w:t>
            </w:r>
          </w:p>
        </w:tc>
        <w:tc>
          <w:tcPr>
            <w:tcW w:w="950" w:type="dxa"/>
          </w:tcPr>
          <w:p w14:paraId="65AC8460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30</w:t>
            </w:r>
          </w:p>
        </w:tc>
        <w:tc>
          <w:tcPr>
            <w:tcW w:w="950" w:type="dxa"/>
          </w:tcPr>
          <w:p w14:paraId="265F3164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35</w:t>
            </w:r>
          </w:p>
        </w:tc>
        <w:tc>
          <w:tcPr>
            <w:tcW w:w="950" w:type="dxa"/>
          </w:tcPr>
          <w:p w14:paraId="2CF68CFD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40</w:t>
            </w:r>
          </w:p>
        </w:tc>
        <w:tc>
          <w:tcPr>
            <w:tcW w:w="950" w:type="dxa"/>
          </w:tcPr>
          <w:p w14:paraId="098BA094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45</w:t>
            </w:r>
          </w:p>
        </w:tc>
        <w:tc>
          <w:tcPr>
            <w:tcW w:w="950" w:type="dxa"/>
          </w:tcPr>
          <w:p w14:paraId="4C9BF900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50</w:t>
            </w:r>
          </w:p>
        </w:tc>
      </w:tr>
      <w:tr w:rsidR="004237F1" w14:paraId="5D1D8B04" w14:textId="77777777" w:rsidTr="00EA1888">
        <w:trPr>
          <w:trHeight w:val="990"/>
        </w:trPr>
        <w:tc>
          <w:tcPr>
            <w:tcW w:w="949" w:type="dxa"/>
          </w:tcPr>
          <w:p w14:paraId="6A3CCC94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55</w:t>
            </w:r>
          </w:p>
        </w:tc>
        <w:tc>
          <w:tcPr>
            <w:tcW w:w="949" w:type="dxa"/>
          </w:tcPr>
          <w:p w14:paraId="39813B82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60</w:t>
            </w:r>
          </w:p>
        </w:tc>
        <w:tc>
          <w:tcPr>
            <w:tcW w:w="949" w:type="dxa"/>
          </w:tcPr>
          <w:p w14:paraId="2DD4B9BA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65</w:t>
            </w:r>
          </w:p>
        </w:tc>
        <w:tc>
          <w:tcPr>
            <w:tcW w:w="949" w:type="dxa"/>
          </w:tcPr>
          <w:p w14:paraId="54E5E3B2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70</w:t>
            </w:r>
          </w:p>
        </w:tc>
        <w:tc>
          <w:tcPr>
            <w:tcW w:w="950" w:type="dxa"/>
          </w:tcPr>
          <w:p w14:paraId="125CF650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75</w:t>
            </w:r>
          </w:p>
        </w:tc>
        <w:tc>
          <w:tcPr>
            <w:tcW w:w="950" w:type="dxa"/>
          </w:tcPr>
          <w:p w14:paraId="13621BF4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80</w:t>
            </w:r>
          </w:p>
        </w:tc>
        <w:tc>
          <w:tcPr>
            <w:tcW w:w="950" w:type="dxa"/>
          </w:tcPr>
          <w:p w14:paraId="35D71EA8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85</w:t>
            </w:r>
          </w:p>
        </w:tc>
        <w:tc>
          <w:tcPr>
            <w:tcW w:w="950" w:type="dxa"/>
          </w:tcPr>
          <w:p w14:paraId="18BFE3A8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90</w:t>
            </w:r>
          </w:p>
        </w:tc>
        <w:tc>
          <w:tcPr>
            <w:tcW w:w="950" w:type="dxa"/>
          </w:tcPr>
          <w:p w14:paraId="148D6898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95</w:t>
            </w:r>
          </w:p>
        </w:tc>
        <w:tc>
          <w:tcPr>
            <w:tcW w:w="950" w:type="dxa"/>
          </w:tcPr>
          <w:p w14:paraId="0FF24A6A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100</w:t>
            </w:r>
          </w:p>
        </w:tc>
      </w:tr>
      <w:tr w:rsidR="004237F1" w14:paraId="4CCBEDD7" w14:textId="77777777" w:rsidTr="00EA1888">
        <w:trPr>
          <w:trHeight w:val="990"/>
        </w:trPr>
        <w:tc>
          <w:tcPr>
            <w:tcW w:w="949" w:type="dxa"/>
          </w:tcPr>
          <w:p w14:paraId="516AEF5F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105</w:t>
            </w:r>
          </w:p>
        </w:tc>
        <w:tc>
          <w:tcPr>
            <w:tcW w:w="949" w:type="dxa"/>
          </w:tcPr>
          <w:p w14:paraId="0E6DDDF7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110</w:t>
            </w:r>
          </w:p>
        </w:tc>
        <w:tc>
          <w:tcPr>
            <w:tcW w:w="949" w:type="dxa"/>
          </w:tcPr>
          <w:p w14:paraId="27E90707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115</w:t>
            </w:r>
          </w:p>
        </w:tc>
        <w:tc>
          <w:tcPr>
            <w:tcW w:w="949" w:type="dxa"/>
          </w:tcPr>
          <w:p w14:paraId="31BF5729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120</w:t>
            </w:r>
          </w:p>
        </w:tc>
        <w:tc>
          <w:tcPr>
            <w:tcW w:w="950" w:type="dxa"/>
          </w:tcPr>
          <w:p w14:paraId="147F7B8A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125</w:t>
            </w:r>
          </w:p>
        </w:tc>
        <w:tc>
          <w:tcPr>
            <w:tcW w:w="950" w:type="dxa"/>
          </w:tcPr>
          <w:p w14:paraId="79B32715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130</w:t>
            </w:r>
          </w:p>
        </w:tc>
        <w:tc>
          <w:tcPr>
            <w:tcW w:w="950" w:type="dxa"/>
          </w:tcPr>
          <w:p w14:paraId="68EF5B8B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135</w:t>
            </w:r>
          </w:p>
        </w:tc>
        <w:tc>
          <w:tcPr>
            <w:tcW w:w="950" w:type="dxa"/>
          </w:tcPr>
          <w:p w14:paraId="4197DAB5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140</w:t>
            </w:r>
          </w:p>
        </w:tc>
        <w:tc>
          <w:tcPr>
            <w:tcW w:w="950" w:type="dxa"/>
          </w:tcPr>
          <w:p w14:paraId="79AE2B37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145</w:t>
            </w:r>
          </w:p>
        </w:tc>
        <w:tc>
          <w:tcPr>
            <w:tcW w:w="950" w:type="dxa"/>
          </w:tcPr>
          <w:p w14:paraId="29BCD88A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150</w:t>
            </w:r>
          </w:p>
        </w:tc>
      </w:tr>
      <w:tr w:rsidR="004237F1" w14:paraId="6B43BEB4" w14:textId="77777777" w:rsidTr="00EA1888">
        <w:trPr>
          <w:trHeight w:val="900"/>
        </w:trPr>
        <w:tc>
          <w:tcPr>
            <w:tcW w:w="949" w:type="dxa"/>
          </w:tcPr>
          <w:p w14:paraId="4670246D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155</w:t>
            </w:r>
          </w:p>
        </w:tc>
        <w:tc>
          <w:tcPr>
            <w:tcW w:w="949" w:type="dxa"/>
          </w:tcPr>
          <w:p w14:paraId="573242D6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160</w:t>
            </w:r>
          </w:p>
        </w:tc>
        <w:tc>
          <w:tcPr>
            <w:tcW w:w="949" w:type="dxa"/>
          </w:tcPr>
          <w:p w14:paraId="3E3AF265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165</w:t>
            </w:r>
          </w:p>
        </w:tc>
        <w:tc>
          <w:tcPr>
            <w:tcW w:w="949" w:type="dxa"/>
          </w:tcPr>
          <w:p w14:paraId="7671E0AF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170</w:t>
            </w:r>
          </w:p>
        </w:tc>
        <w:tc>
          <w:tcPr>
            <w:tcW w:w="950" w:type="dxa"/>
          </w:tcPr>
          <w:p w14:paraId="09C58B2B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175</w:t>
            </w:r>
          </w:p>
        </w:tc>
        <w:tc>
          <w:tcPr>
            <w:tcW w:w="950" w:type="dxa"/>
          </w:tcPr>
          <w:p w14:paraId="7A78B22E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180</w:t>
            </w:r>
          </w:p>
        </w:tc>
        <w:tc>
          <w:tcPr>
            <w:tcW w:w="950" w:type="dxa"/>
          </w:tcPr>
          <w:p w14:paraId="03588C72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185</w:t>
            </w:r>
          </w:p>
        </w:tc>
        <w:tc>
          <w:tcPr>
            <w:tcW w:w="950" w:type="dxa"/>
          </w:tcPr>
          <w:p w14:paraId="77109D18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190</w:t>
            </w:r>
          </w:p>
        </w:tc>
        <w:tc>
          <w:tcPr>
            <w:tcW w:w="950" w:type="dxa"/>
          </w:tcPr>
          <w:p w14:paraId="53679DF3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195</w:t>
            </w:r>
          </w:p>
        </w:tc>
        <w:tc>
          <w:tcPr>
            <w:tcW w:w="950" w:type="dxa"/>
          </w:tcPr>
          <w:p w14:paraId="49235369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200</w:t>
            </w:r>
          </w:p>
        </w:tc>
      </w:tr>
      <w:tr w:rsidR="004237F1" w14:paraId="04C13C4F" w14:textId="77777777" w:rsidTr="00EA1888">
        <w:trPr>
          <w:trHeight w:val="990"/>
        </w:trPr>
        <w:tc>
          <w:tcPr>
            <w:tcW w:w="949" w:type="dxa"/>
          </w:tcPr>
          <w:p w14:paraId="20F7FE3F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205</w:t>
            </w:r>
          </w:p>
        </w:tc>
        <w:tc>
          <w:tcPr>
            <w:tcW w:w="949" w:type="dxa"/>
          </w:tcPr>
          <w:p w14:paraId="64E17E4B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210</w:t>
            </w:r>
          </w:p>
        </w:tc>
        <w:tc>
          <w:tcPr>
            <w:tcW w:w="949" w:type="dxa"/>
          </w:tcPr>
          <w:p w14:paraId="39B6E10F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215</w:t>
            </w:r>
          </w:p>
        </w:tc>
        <w:tc>
          <w:tcPr>
            <w:tcW w:w="949" w:type="dxa"/>
          </w:tcPr>
          <w:p w14:paraId="37E4BFD0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220</w:t>
            </w:r>
          </w:p>
        </w:tc>
        <w:tc>
          <w:tcPr>
            <w:tcW w:w="950" w:type="dxa"/>
          </w:tcPr>
          <w:p w14:paraId="5D9F4D5A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225</w:t>
            </w:r>
          </w:p>
        </w:tc>
        <w:tc>
          <w:tcPr>
            <w:tcW w:w="950" w:type="dxa"/>
          </w:tcPr>
          <w:p w14:paraId="436757C7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230</w:t>
            </w:r>
          </w:p>
        </w:tc>
        <w:tc>
          <w:tcPr>
            <w:tcW w:w="950" w:type="dxa"/>
          </w:tcPr>
          <w:p w14:paraId="6E9F3E37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235</w:t>
            </w:r>
          </w:p>
        </w:tc>
        <w:tc>
          <w:tcPr>
            <w:tcW w:w="950" w:type="dxa"/>
          </w:tcPr>
          <w:p w14:paraId="6E22A469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240</w:t>
            </w:r>
          </w:p>
        </w:tc>
        <w:tc>
          <w:tcPr>
            <w:tcW w:w="950" w:type="dxa"/>
          </w:tcPr>
          <w:p w14:paraId="420A47A8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245</w:t>
            </w:r>
          </w:p>
        </w:tc>
        <w:tc>
          <w:tcPr>
            <w:tcW w:w="950" w:type="dxa"/>
          </w:tcPr>
          <w:p w14:paraId="1F6BC715" w14:textId="77777777" w:rsidR="004237F1" w:rsidRPr="00382656" w:rsidRDefault="007A131C" w:rsidP="00382656">
            <w:pPr>
              <w:jc w:val="center"/>
              <w:rPr>
                <w:sz w:val="44"/>
                <w:szCs w:val="44"/>
              </w:rPr>
            </w:pPr>
            <w:r w:rsidRPr="00382656">
              <w:rPr>
                <w:sz w:val="44"/>
                <w:szCs w:val="44"/>
              </w:rPr>
              <w:t>250</w:t>
            </w:r>
          </w:p>
        </w:tc>
      </w:tr>
    </w:tbl>
    <w:p w14:paraId="043367B6" w14:textId="77F150EE" w:rsidR="004237F1" w:rsidRDefault="004237F1"/>
    <w:sectPr w:rsidR="004237F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24650607">
    <w:abstractNumId w:val="8"/>
  </w:num>
  <w:num w:numId="2" w16cid:durableId="338310582">
    <w:abstractNumId w:val="6"/>
  </w:num>
  <w:num w:numId="3" w16cid:durableId="2034961663">
    <w:abstractNumId w:val="5"/>
  </w:num>
  <w:num w:numId="4" w16cid:durableId="1386949690">
    <w:abstractNumId w:val="4"/>
  </w:num>
  <w:num w:numId="5" w16cid:durableId="165177274">
    <w:abstractNumId w:val="7"/>
  </w:num>
  <w:num w:numId="6" w16cid:durableId="128134649">
    <w:abstractNumId w:val="3"/>
  </w:num>
  <w:num w:numId="7" w16cid:durableId="496190154">
    <w:abstractNumId w:val="2"/>
  </w:num>
  <w:num w:numId="8" w16cid:durableId="1037316080">
    <w:abstractNumId w:val="1"/>
  </w:num>
  <w:num w:numId="9" w16cid:durableId="1919241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2E4A40"/>
    <w:rsid w:val="00305E80"/>
    <w:rsid w:val="00326F90"/>
    <w:rsid w:val="00382656"/>
    <w:rsid w:val="004237F1"/>
    <w:rsid w:val="00820C51"/>
    <w:rsid w:val="00AA1D8D"/>
    <w:rsid w:val="00B47730"/>
    <w:rsid w:val="00CB0664"/>
    <w:rsid w:val="00EA188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30A7F9"/>
  <w14:defaultImageDpi w14:val="300"/>
  <w15:docId w15:val="{45DEC7B9-35BC-4416-9321-C18BE8500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Morley</dc:creator>
  <cp:keywords/>
  <dc:description/>
  <cp:lastModifiedBy>Mariah Morley</cp:lastModifiedBy>
  <cp:revision>2</cp:revision>
  <dcterms:created xsi:type="dcterms:W3CDTF">2026-06-05T18:34:00Z</dcterms:created>
  <dcterms:modified xsi:type="dcterms:W3CDTF">2026-06-24T12:25:00Z</dcterms:modified>
  <cp:category/>
</cp:coreProperties>
</file>